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🎮 משחק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הִצִּיל, נָסַעְנוּ,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קָנְתָה, שָׁתָה, יִקְנוּ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פ״נ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משחק.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נ־ב־ט  |  נ־ג־ע  |  נ־ג־ש  |  נ־כ־ר  |  נ־ס־ע  |  נ־פ־ל  |  נ־צ־ל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„הִגַּשְׁנוּ”?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נ־ג־ש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י/ו־ג־ש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ג־ש־י/ה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„הִכַּרְתִּי”?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נ־כ־ר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כ־ר־י/ה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כ־י/ו־ר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„הִגִּיעַ”?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ג־ע־י/ה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ג־י/ו־ע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נ־ג־ע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נָסַעְנוּ  |  נָפַל  |  יִקְנוּ  |  הִצִּיל  |  שָׁתָה  |  קָנְתָה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🟣 פ״נ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נ־כ־ר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נָפַל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נ־ב־ט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הִגִּיעַ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נ־ג־ע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נ־פ־ל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„הִכַּרְתִּי”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משחק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