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🎮 משחק (פ״נ).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נ־ס־ע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הִפִּילָה, הִגִּיעַ, הִבִּיט, נָפַל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הוֹשִׁיבָה, הֵרִים, לִבְנוֹת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נ־ס־ע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פ״נ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משחק.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השורש של „נָסַעְנוּ”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ס־ע־י/ה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נ־ס־ע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ס־י/ו־ע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השורש של „הִבִּיט”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י/ו־ב־ט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ב־ט־י/ה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נ־ב־ט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„הִגִּיעַ”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נ־ג־ע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ג־י/ו־ע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ג־ע־י/ה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השורש של „נָפַל”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פ־י/ו־ל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לִבְנוֹת  |  נָפַל  |  הִגִּיעַ  |  הוֹשִׁיבָה  |  הִפִּילָה  |  הִבִּיט  |  הֵרִים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🟣 פ״נ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הִכַּרְתִּי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נ־כ־ר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נָסַעְנוּ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נ־ב־ט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נ־פ־ל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נ־ג־ע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נ־ס־ע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„הִכַּרְתִּי”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משחק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