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השיעור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📖 השיעור (פ״נ).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בקל עבר הנ׳ נשמעת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הִבִּיט · הפעיל · נשארו: בּ־ט · שורש: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הִגִּישׁ · הפעיל · נשארו: גּ־ש · שורש: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הִצִּיל · הפעיל · נשארו: צּ־ל · שורש: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נ׳ שנבלעה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פ״נ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השיעור.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נ־ב־ט  |  נ־ג־ע  |  נ־ג־ש  |  נ־כ־ר  |  נ־ס־ע  |  נ־פ־ל  |  נ־צ־ל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בחסרי פ״נ האות הראשונה בשורש היא נ׳.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בהִפִּיל הדגש בפ׳ בא במקום נ׳ שנבלעה.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בנָפַל (קל, עבר) הנ׳ נבלעת.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הִגַּשְׁנוּ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הִגִּישׁ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מסמן הדגש בהִפִּיל?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נ׳ שנבלעה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חסרה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בניין פיעל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באיזה פועל הנ׳ נשמעת?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נָפַל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הִפִּיל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יִפֹּל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השורש של „הִגִּיעַ”?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ג־ע־י/ה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נ־ג־ע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י/ו־ג־ע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מה השורש של „הִגַּשְׁנוּ”?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נ־ג־ש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ג־י/ו־ש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י/ו־ג־ש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הוסיפו דוגמה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ציינו את הסימן המיוחד של הגזרה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„נָסַעְנוּ”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השיעור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