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 · הפעיל · נשארו: גּ־ע · שורש: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 · קל · נשארו: נ־פ־ל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 · הפעיל · נשארו: בּ־ט · שורש: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פ״נ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השיעור.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ביִפֹּל יש דגש בפ׳.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מסמן הדגש בהִפִּיל?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פועל הנ׳ נשמעת?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„הִבִּיט”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נ־ב־ט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ב־י/ו־ט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י/ו־ב־ט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„הִפִּילָה”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פ־ל־י/ה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השורש של „הִכַּרְתִּי”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נ־כ־ר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י/ו־כ־ר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„הִצִּיל”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השיעור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